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356A" w14:textId="77777777" w:rsidR="007F7BE6" w:rsidRDefault="007737BB">
      <w:pPr>
        <w:spacing w:after="100"/>
        <w:jc w:val="center"/>
      </w:pPr>
      <w:r>
        <w:rPr>
          <w:b/>
          <w:color w:val="D98BA8"/>
          <w:sz w:val="24"/>
        </w:rPr>
        <w:t>WELCOME, SIS.</w:t>
      </w:r>
    </w:p>
    <w:p w14:paraId="7A3A1FF6" w14:textId="77777777" w:rsidR="007F7BE6" w:rsidRDefault="007737BB">
      <w:pPr>
        <w:pStyle w:val="Title"/>
        <w:spacing w:after="120"/>
        <w:jc w:val="center"/>
      </w:pPr>
      <w:r>
        <w:rPr>
          <w:b w:val="0"/>
        </w:rPr>
        <w:t>Prepare to Be Transformed</w:t>
      </w:r>
    </w:p>
    <w:p w14:paraId="22E91542" w14:textId="77777777" w:rsidR="007F7BE6" w:rsidRDefault="007737BB">
      <w:pPr>
        <w:spacing w:after="280"/>
        <w:jc w:val="center"/>
      </w:pPr>
      <w:r>
        <w:rPr>
          <w:color w:val="5A2841"/>
          <w:sz w:val="24"/>
        </w:rPr>
        <w:t>A Free A.L.I.G.N. Reflection Guide to Help You Move From Surviving to Living With Purpose</w:t>
      </w:r>
    </w:p>
    <w:tbl>
      <w:tblPr>
        <w:tblW w:w="0" w:type="auto"/>
        <w:jc w:val="center"/>
        <w:tblLook w:val="04A0" w:firstRow="1" w:lastRow="0" w:firstColumn="1" w:lastColumn="0" w:noHBand="0" w:noVBand="1"/>
      </w:tblPr>
      <w:tblGrid>
        <w:gridCol w:w="10348"/>
      </w:tblGrid>
      <w:tr w:rsidR="007F7BE6" w14:paraId="77507403" w14:textId="77777777">
        <w:trPr>
          <w:jc w:val="center"/>
        </w:trPr>
        <w:tc>
          <w:tcPr>
            <w:tcW w:w="10368" w:type="dxa"/>
            <w:tcBorders>
              <w:top w:val="single" w:sz="8" w:space="0" w:color="D98BA8"/>
              <w:left w:val="single" w:sz="8" w:space="0" w:color="D98BA8"/>
              <w:bottom w:val="single" w:sz="8" w:space="0" w:color="D98BA8"/>
              <w:right w:val="single" w:sz="8" w:space="0" w:color="D98BA8"/>
            </w:tcBorders>
            <w:shd w:val="clear" w:color="auto" w:fill="F8E9EF"/>
            <w:vAlign w:val="center"/>
          </w:tcPr>
          <w:p w14:paraId="62E1463D" w14:textId="77777777" w:rsidR="007F7BE6" w:rsidRDefault="007737BB">
            <w:pPr>
              <w:jc w:val="center"/>
            </w:pPr>
            <w:r>
              <w:rPr>
                <w:color w:val="5A2841"/>
                <w:sz w:val="22"/>
              </w:rPr>
              <w:t>You are still here for a reason.</w:t>
            </w:r>
            <w:r>
              <w:rPr>
                <w:color w:val="5A2841"/>
                <w:sz w:val="22"/>
              </w:rPr>
              <w:br/>
            </w:r>
            <w:r>
              <w:rPr>
                <w:color w:val="5A2841"/>
                <w:sz w:val="22"/>
              </w:rPr>
              <w:br/>
              <w:t>This guide is an invitation to slow down, get honest, invite God into the places that need healing, and begin aligning your life with the purpose He placed inside of you.</w:t>
            </w:r>
          </w:p>
        </w:tc>
      </w:tr>
    </w:tbl>
    <w:p w14:paraId="647F9FD5" w14:textId="77777777" w:rsidR="007F7BE6" w:rsidRDefault="007F7BE6">
      <w:pPr>
        <w:spacing w:after="40"/>
      </w:pPr>
    </w:p>
    <w:p w14:paraId="0F239B41" w14:textId="77777777" w:rsidR="007F7BE6" w:rsidRDefault="007737BB">
      <w:pPr>
        <w:spacing w:after="160"/>
        <w:ind w:left="288" w:right="288"/>
        <w:jc w:val="center"/>
      </w:pPr>
      <w:r>
        <w:rPr>
          <w:b/>
          <w:color w:val="5A2841"/>
          <w:sz w:val="24"/>
        </w:rPr>
        <w:t>"Do not conform to the pattern of this world, but be transformed by the renewing of your mind." - Romans 12:2</w:t>
      </w:r>
    </w:p>
    <w:p w14:paraId="6407BD2A" w14:textId="77777777" w:rsidR="007F7BE6" w:rsidRDefault="007737BB">
      <w:pPr>
        <w:spacing w:after="360"/>
        <w:jc w:val="center"/>
      </w:pPr>
      <w:r>
        <w:t>Use these pages slowly. Write in the margins. Pray over the questions. Come back to the sections that challenge you. Transformation does not require every answer today - it begins with your willingness to take the next aligned step.</w:t>
      </w:r>
    </w:p>
    <w:p w14:paraId="17F0E913" w14:textId="77777777" w:rsidR="007F7BE6" w:rsidRDefault="007737BB">
      <w:pPr>
        <w:spacing w:after="40"/>
        <w:jc w:val="center"/>
      </w:pPr>
      <w:r>
        <w:rPr>
          <w:b/>
          <w:color w:val="5A2841"/>
          <w:sz w:val="20"/>
        </w:rPr>
        <w:t>ANGIE PICHARDO</w:t>
      </w:r>
    </w:p>
    <w:p w14:paraId="102A3833" w14:textId="77777777" w:rsidR="007F7BE6" w:rsidRDefault="007737BB">
      <w:pPr>
        <w:spacing w:after="0"/>
        <w:jc w:val="center"/>
      </w:pPr>
      <w:r>
        <w:rPr>
          <w:sz w:val="17"/>
        </w:rPr>
        <w:t>Christian Motivational Speaker | Faith-Based Life Purpose Coach | Author</w:t>
      </w:r>
      <w:r>
        <w:rPr>
          <w:sz w:val="17"/>
        </w:rPr>
        <w:br/>
        <w:t>Founder, Grace After the Grave</w:t>
      </w:r>
    </w:p>
    <w:p w14:paraId="3EBABC24" w14:textId="77777777" w:rsidR="007F7BE6" w:rsidRDefault="007737BB">
      <w:r>
        <w:br w:type="page"/>
      </w:r>
    </w:p>
    <w:p w14:paraId="1CD09316" w14:textId="77777777" w:rsidR="007F7BE6" w:rsidRDefault="007737BB">
      <w:pPr>
        <w:spacing w:after="80"/>
      </w:pPr>
      <w:r>
        <w:rPr>
          <w:b/>
          <w:color w:val="D98BA8"/>
          <w:sz w:val="17"/>
        </w:rPr>
        <w:lastRenderedPageBreak/>
        <w:t>THE BEGINNING</w:t>
      </w:r>
    </w:p>
    <w:p w14:paraId="08A77CF3" w14:textId="77777777" w:rsidR="007F7BE6" w:rsidRDefault="007737BB">
      <w:pPr>
        <w:pStyle w:val="Heading1"/>
        <w:spacing w:after="120"/>
      </w:pPr>
      <w:r>
        <w:rPr>
          <w:b w:val="0"/>
        </w:rPr>
        <w:t>Why A.L.I.G.N. Exists</w:t>
      </w:r>
    </w:p>
    <w:p w14:paraId="1C713478" w14:textId="77777777" w:rsidR="007F7BE6" w:rsidRDefault="007737BB">
      <w:pPr>
        <w:spacing w:after="120"/>
      </w:pPr>
      <w:r>
        <w:rPr>
          <w:color w:val="5A2841"/>
          <w:sz w:val="22"/>
        </w:rPr>
        <w:t>A framework born from survival, healing, faith, and the search for purpose.</w:t>
      </w:r>
    </w:p>
    <w:p w14:paraId="3DF6B04B" w14:textId="77777777" w:rsidR="007F7BE6" w:rsidRDefault="007737BB">
      <w:pPr>
        <w:spacing w:after="120"/>
      </w:pPr>
      <w:r>
        <w:t>There was a season of my life when I looked strong on the outside but was hurting deeply on the inside. After years of pain, unhealthy patterns, depression, alcohol misuse, and a toxic relationship, I reached a place where I no longer wanted to live.</w:t>
      </w:r>
    </w:p>
    <w:p w14:paraId="3BD5F8C6" w14:textId="77777777" w:rsidR="007F7BE6" w:rsidRDefault="007737BB">
      <w:pPr>
        <w:spacing w:after="120"/>
      </w:pPr>
      <w:r>
        <w:t xml:space="preserve">In 2020, I attempted to end my life. I clinically died - and I came back. That moment changed the direction of everything. I knew God had given me another chance, but healing did not happen overnight. For years I kept asking: </w:t>
      </w:r>
      <w:r>
        <w:rPr>
          <w:b/>
        </w:rPr>
        <w:t>Why am I still here? What am I supposed to do with this second chance?</w:t>
      </w:r>
    </w:p>
    <w:p w14:paraId="1AB5A15E" w14:textId="77777777" w:rsidR="007F7BE6" w:rsidRDefault="007737BB">
      <w:pPr>
        <w:spacing w:after="120"/>
      </w:pPr>
      <w:r>
        <w:t>Through prayer, recovery, self-reflection, discipline, community, and learning how to renew my mind, God began showing me a pattern in my healing. Eventually, that pattern became A.L.I.G.N. - the framework I now use to help others move from simply surviving life to intentionally living it.</w:t>
      </w:r>
    </w:p>
    <w:tbl>
      <w:tblPr>
        <w:tblW w:w="0" w:type="auto"/>
        <w:jc w:val="center"/>
        <w:tblLook w:val="04A0" w:firstRow="1" w:lastRow="0" w:firstColumn="1" w:lastColumn="0" w:noHBand="0" w:noVBand="1"/>
      </w:tblPr>
      <w:tblGrid>
        <w:gridCol w:w="10348"/>
      </w:tblGrid>
      <w:tr w:rsidR="007F7BE6" w14:paraId="2016B84E" w14:textId="77777777">
        <w:trPr>
          <w:jc w:val="center"/>
        </w:trPr>
        <w:tc>
          <w:tcPr>
            <w:tcW w:w="10368" w:type="dxa"/>
            <w:tcBorders>
              <w:top w:val="single" w:sz="8" w:space="0" w:color="D98BA8"/>
              <w:left w:val="single" w:sz="8" w:space="0" w:color="D98BA8"/>
              <w:bottom w:val="single" w:sz="8" w:space="0" w:color="D98BA8"/>
              <w:right w:val="single" w:sz="8" w:space="0" w:color="D98BA8"/>
            </w:tcBorders>
            <w:shd w:val="clear" w:color="auto" w:fill="F8E9EF"/>
            <w:vAlign w:val="center"/>
          </w:tcPr>
          <w:p w14:paraId="44FC5A08" w14:textId="77777777" w:rsidR="007F7BE6" w:rsidRDefault="007737BB">
            <w:pPr>
              <w:jc w:val="center"/>
            </w:pPr>
            <w:r>
              <w:rPr>
                <w:color w:val="5A2841"/>
                <w:sz w:val="22"/>
              </w:rPr>
              <w:t>A.L.I.G.N. is not about becoming a perfect version of yourself.</w:t>
            </w:r>
            <w:r>
              <w:rPr>
                <w:color w:val="5A2841"/>
                <w:sz w:val="22"/>
              </w:rPr>
              <w:br/>
            </w:r>
            <w:r>
              <w:rPr>
                <w:color w:val="5A2841"/>
                <w:sz w:val="22"/>
              </w:rPr>
              <w:br/>
            </w:r>
            <w:r>
              <w:rPr>
                <w:color w:val="5A2841"/>
                <w:sz w:val="22"/>
              </w:rPr>
              <w:t>It is about becoming aware, choosing love, inviting God in, growing with gratitude, and nurturing what is good - one decision at a time.</w:t>
            </w:r>
          </w:p>
        </w:tc>
      </w:tr>
    </w:tbl>
    <w:p w14:paraId="22A9422F" w14:textId="77777777" w:rsidR="007F7BE6" w:rsidRDefault="007F7BE6">
      <w:pPr>
        <w:spacing w:after="40"/>
      </w:pPr>
    </w:p>
    <w:p w14:paraId="525CC13E" w14:textId="77777777" w:rsidR="007F7BE6" w:rsidRDefault="007737BB">
      <w:pPr>
        <w:pStyle w:val="Heading2"/>
        <w:spacing w:after="120"/>
      </w:pPr>
      <w:r>
        <w:rPr>
          <w:b w:val="0"/>
        </w:rPr>
        <w:t>Before you continue, ask yourself:</w:t>
      </w:r>
    </w:p>
    <w:p w14:paraId="4B6E3BE4" w14:textId="77777777" w:rsidR="007F7BE6" w:rsidRDefault="007737BB">
      <w:pPr>
        <w:pStyle w:val="ListBullet"/>
        <w:spacing w:after="60"/>
      </w:pPr>
      <w:r>
        <w:t>Where in my life am I surviving instead of truly living?</w:t>
      </w:r>
    </w:p>
    <w:p w14:paraId="5EFC87E5" w14:textId="77777777" w:rsidR="007F7BE6" w:rsidRDefault="007737BB">
      <w:pPr>
        <w:pStyle w:val="ListBullet"/>
        <w:spacing w:after="60"/>
      </w:pPr>
      <w:r>
        <w:t>What part of me is asking for healing, attention, or change?</w:t>
      </w:r>
    </w:p>
    <w:p w14:paraId="18F655E1" w14:textId="77777777" w:rsidR="007F7BE6" w:rsidRDefault="007737BB">
      <w:pPr>
        <w:pStyle w:val="ListBullet"/>
        <w:spacing w:after="60"/>
      </w:pPr>
      <w:r>
        <w:t>If I believed my life still had purpose, what would I do differently?</w:t>
      </w:r>
    </w:p>
    <w:p w14:paraId="3D494B9D" w14:textId="77777777" w:rsidR="007F7BE6" w:rsidRDefault="007737BB">
      <w:pPr>
        <w:spacing w:after="160"/>
        <w:ind w:left="288" w:right="288"/>
        <w:jc w:val="center"/>
      </w:pPr>
      <w:r>
        <w:rPr>
          <w:b/>
          <w:color w:val="5A2841"/>
          <w:sz w:val="24"/>
        </w:rPr>
        <w:t>"For I know the plans I have for you," declares the Lord, "plans to give you hope and a future." - Jeremiah 29:11</w:t>
      </w:r>
    </w:p>
    <w:p w14:paraId="3FE6ACB0" w14:textId="77777777" w:rsidR="007F7BE6" w:rsidRDefault="007737BB">
      <w:r>
        <w:br w:type="page"/>
      </w:r>
    </w:p>
    <w:p w14:paraId="0F7BAFEF" w14:textId="77777777" w:rsidR="007F7BE6" w:rsidRDefault="007737BB">
      <w:pPr>
        <w:spacing w:after="80"/>
      </w:pPr>
      <w:r>
        <w:rPr>
          <w:b/>
          <w:color w:val="D98BA8"/>
          <w:sz w:val="17"/>
        </w:rPr>
        <w:lastRenderedPageBreak/>
        <w:t>THE FRAMEWORK</w:t>
      </w:r>
    </w:p>
    <w:p w14:paraId="17192F0E" w14:textId="77777777" w:rsidR="007F7BE6" w:rsidRDefault="007737BB">
      <w:pPr>
        <w:pStyle w:val="Heading1"/>
        <w:spacing w:after="120"/>
      </w:pPr>
      <w:r>
        <w:rPr>
          <w:b w:val="0"/>
        </w:rPr>
        <w:t>A.L.I.G.N. at a Glance</w:t>
      </w:r>
    </w:p>
    <w:p w14:paraId="3C2EEDA6" w14:textId="77777777" w:rsidR="007F7BE6" w:rsidRDefault="007737BB">
      <w:pPr>
        <w:spacing w:after="120"/>
      </w:pPr>
      <w:r>
        <w:rPr>
          <w:color w:val="5A2841"/>
          <w:sz w:val="22"/>
        </w:rPr>
        <w:t>Five intentional steps you can practice across your relationships, emotional life, finances, physical well-being, and spiritual life.</w:t>
      </w:r>
    </w:p>
    <w:tbl>
      <w:tblPr>
        <w:tblW w:w="0" w:type="auto"/>
        <w:jc w:val="center"/>
        <w:tblLook w:val="04A0" w:firstRow="1" w:lastRow="0" w:firstColumn="1" w:lastColumn="0" w:noHBand="0" w:noVBand="1"/>
      </w:tblPr>
      <w:tblGrid>
        <w:gridCol w:w="5173"/>
        <w:gridCol w:w="5175"/>
      </w:tblGrid>
      <w:tr w:rsidR="007F7BE6" w14:paraId="117AFF9C" w14:textId="77777777">
        <w:trPr>
          <w:jc w:val="center"/>
        </w:trPr>
        <w:tc>
          <w:tcPr>
            <w:tcW w:w="5184" w:type="dxa"/>
            <w:tcBorders>
              <w:top w:val="single" w:sz="8" w:space="0" w:color="D98BA8"/>
              <w:left w:val="single" w:sz="8" w:space="0" w:color="D98BA8"/>
              <w:bottom w:val="single" w:sz="8" w:space="0" w:color="D98BA8"/>
              <w:right w:val="single" w:sz="8" w:space="0" w:color="D98BA8"/>
            </w:tcBorders>
            <w:shd w:val="clear" w:color="auto" w:fill="F8E9EF"/>
          </w:tcPr>
          <w:p w14:paraId="6F5FD0AB" w14:textId="77777777" w:rsidR="007F7BE6" w:rsidRDefault="007737BB">
            <w:pPr>
              <w:jc w:val="center"/>
            </w:pPr>
            <w:r>
              <w:rPr>
                <w:b/>
                <w:color w:val="9B2C5A"/>
                <w:sz w:val="40"/>
              </w:rPr>
              <w:t>A</w:t>
            </w:r>
          </w:p>
        </w:tc>
        <w:tc>
          <w:tcPr>
            <w:tcW w:w="5184" w:type="dxa"/>
            <w:tcBorders>
              <w:top w:val="single" w:sz="8" w:space="0" w:color="D98BA8"/>
              <w:left w:val="single" w:sz="8" w:space="0" w:color="D98BA8"/>
              <w:bottom w:val="single" w:sz="8" w:space="0" w:color="D98BA8"/>
              <w:right w:val="single" w:sz="8" w:space="0" w:color="D98BA8"/>
            </w:tcBorders>
          </w:tcPr>
          <w:p w14:paraId="49D52861" w14:textId="77777777" w:rsidR="007F7BE6" w:rsidRDefault="007737BB">
            <w:r>
              <w:rPr>
                <w:b/>
                <w:color w:val="5A2841"/>
              </w:rPr>
              <w:t>AWARENESS</w:t>
            </w:r>
            <w:r>
              <w:rPr>
                <w:b/>
                <w:color w:val="5A2841"/>
              </w:rPr>
              <w:br/>
            </w:r>
            <w:r>
              <w:t>Notice your thoughts, emotions, triggers, habits, and patterns without hiding from them.</w:t>
            </w:r>
          </w:p>
        </w:tc>
      </w:tr>
      <w:tr w:rsidR="007F7BE6" w14:paraId="6E654A8C" w14:textId="77777777">
        <w:trPr>
          <w:jc w:val="center"/>
        </w:trPr>
        <w:tc>
          <w:tcPr>
            <w:tcW w:w="5184" w:type="dxa"/>
            <w:tcBorders>
              <w:top w:val="single" w:sz="8" w:space="0" w:color="D98BA8"/>
              <w:left w:val="single" w:sz="8" w:space="0" w:color="D98BA8"/>
              <w:bottom w:val="single" w:sz="8" w:space="0" w:color="D98BA8"/>
              <w:right w:val="single" w:sz="8" w:space="0" w:color="D98BA8"/>
            </w:tcBorders>
            <w:shd w:val="clear" w:color="auto" w:fill="F8E9EF"/>
          </w:tcPr>
          <w:p w14:paraId="36ACCC81" w14:textId="77777777" w:rsidR="007F7BE6" w:rsidRDefault="007737BB">
            <w:pPr>
              <w:jc w:val="center"/>
            </w:pPr>
            <w:r>
              <w:rPr>
                <w:b/>
                <w:color w:val="9B2C5A"/>
                <w:sz w:val="40"/>
              </w:rPr>
              <w:t>L</w:t>
            </w:r>
          </w:p>
        </w:tc>
        <w:tc>
          <w:tcPr>
            <w:tcW w:w="5184" w:type="dxa"/>
            <w:tcBorders>
              <w:top w:val="single" w:sz="8" w:space="0" w:color="D98BA8"/>
              <w:left w:val="single" w:sz="8" w:space="0" w:color="D98BA8"/>
              <w:bottom w:val="single" w:sz="8" w:space="0" w:color="D98BA8"/>
              <w:right w:val="single" w:sz="8" w:space="0" w:color="D98BA8"/>
            </w:tcBorders>
          </w:tcPr>
          <w:p w14:paraId="1E2E399F" w14:textId="77777777" w:rsidR="007F7BE6" w:rsidRDefault="007737BB">
            <w:r>
              <w:rPr>
                <w:b/>
                <w:color w:val="5A2841"/>
              </w:rPr>
              <w:t>LOVE YOURSELF</w:t>
            </w:r>
            <w:r>
              <w:rPr>
                <w:b/>
                <w:color w:val="5A2841"/>
              </w:rPr>
              <w:br/>
            </w:r>
            <w:r>
              <w:t>Practice healthy boundaries, compassionate self-talk, body care, and receive the love God gives freely.</w:t>
            </w:r>
          </w:p>
        </w:tc>
      </w:tr>
      <w:tr w:rsidR="007F7BE6" w14:paraId="0D70C765" w14:textId="77777777">
        <w:trPr>
          <w:jc w:val="center"/>
        </w:trPr>
        <w:tc>
          <w:tcPr>
            <w:tcW w:w="5184" w:type="dxa"/>
            <w:tcBorders>
              <w:top w:val="single" w:sz="8" w:space="0" w:color="D98BA8"/>
              <w:left w:val="single" w:sz="8" w:space="0" w:color="D98BA8"/>
              <w:bottom w:val="single" w:sz="8" w:space="0" w:color="D98BA8"/>
              <w:right w:val="single" w:sz="8" w:space="0" w:color="D98BA8"/>
            </w:tcBorders>
            <w:shd w:val="clear" w:color="auto" w:fill="F8E9EF"/>
          </w:tcPr>
          <w:p w14:paraId="3EE9C922" w14:textId="77777777" w:rsidR="007F7BE6" w:rsidRDefault="007737BB">
            <w:pPr>
              <w:jc w:val="center"/>
            </w:pPr>
            <w:r>
              <w:rPr>
                <w:b/>
                <w:color w:val="9B2C5A"/>
                <w:sz w:val="40"/>
              </w:rPr>
              <w:t>I</w:t>
            </w:r>
          </w:p>
        </w:tc>
        <w:tc>
          <w:tcPr>
            <w:tcW w:w="5184" w:type="dxa"/>
            <w:tcBorders>
              <w:top w:val="single" w:sz="8" w:space="0" w:color="D98BA8"/>
              <w:left w:val="single" w:sz="8" w:space="0" w:color="D98BA8"/>
              <w:bottom w:val="single" w:sz="8" w:space="0" w:color="D98BA8"/>
              <w:right w:val="single" w:sz="8" w:space="0" w:color="D98BA8"/>
            </w:tcBorders>
          </w:tcPr>
          <w:p w14:paraId="29D5E2F6" w14:textId="77777777" w:rsidR="007F7BE6" w:rsidRDefault="007737BB">
            <w:r>
              <w:rPr>
                <w:b/>
                <w:color w:val="5A2841"/>
              </w:rPr>
              <w:t>INVITE GOD IN</w:t>
            </w:r>
            <w:r>
              <w:rPr>
                <w:b/>
                <w:color w:val="5A2841"/>
              </w:rPr>
              <w:br/>
            </w:r>
            <w:r>
              <w:t>Bring God into your decisions, pain, dreams, fears, and next steps.</w:t>
            </w:r>
          </w:p>
        </w:tc>
      </w:tr>
      <w:tr w:rsidR="007F7BE6" w14:paraId="7774AF12" w14:textId="77777777">
        <w:trPr>
          <w:jc w:val="center"/>
        </w:trPr>
        <w:tc>
          <w:tcPr>
            <w:tcW w:w="5184" w:type="dxa"/>
            <w:tcBorders>
              <w:top w:val="single" w:sz="8" w:space="0" w:color="D98BA8"/>
              <w:left w:val="single" w:sz="8" w:space="0" w:color="D98BA8"/>
              <w:bottom w:val="single" w:sz="8" w:space="0" w:color="D98BA8"/>
              <w:right w:val="single" w:sz="8" w:space="0" w:color="D98BA8"/>
            </w:tcBorders>
            <w:shd w:val="clear" w:color="auto" w:fill="F8E9EF"/>
          </w:tcPr>
          <w:p w14:paraId="3A9E20DE" w14:textId="77777777" w:rsidR="007F7BE6" w:rsidRDefault="007737BB">
            <w:pPr>
              <w:jc w:val="center"/>
            </w:pPr>
            <w:r>
              <w:rPr>
                <w:b/>
                <w:color w:val="9B2C5A"/>
                <w:sz w:val="40"/>
              </w:rPr>
              <w:t>G</w:t>
            </w:r>
          </w:p>
        </w:tc>
        <w:tc>
          <w:tcPr>
            <w:tcW w:w="5184" w:type="dxa"/>
            <w:tcBorders>
              <w:top w:val="single" w:sz="8" w:space="0" w:color="D98BA8"/>
              <w:left w:val="single" w:sz="8" w:space="0" w:color="D98BA8"/>
              <w:bottom w:val="single" w:sz="8" w:space="0" w:color="D98BA8"/>
              <w:right w:val="single" w:sz="8" w:space="0" w:color="D98BA8"/>
            </w:tcBorders>
          </w:tcPr>
          <w:p w14:paraId="5F5FC0CF" w14:textId="77777777" w:rsidR="007F7BE6" w:rsidRDefault="007737BB">
            <w:r>
              <w:rPr>
                <w:b/>
                <w:color w:val="5A2841"/>
              </w:rPr>
              <w:t>GRATITUDE &amp; GROWTH</w:t>
            </w:r>
            <w:r>
              <w:rPr>
                <w:b/>
                <w:color w:val="5A2841"/>
              </w:rPr>
              <w:br/>
            </w:r>
            <w:r>
              <w:t>Recognize what is good while staying willing to learn, stretch, heal, and celebrate progress.</w:t>
            </w:r>
          </w:p>
        </w:tc>
      </w:tr>
      <w:tr w:rsidR="007F7BE6" w14:paraId="16BD3231" w14:textId="77777777">
        <w:trPr>
          <w:jc w:val="center"/>
        </w:trPr>
        <w:tc>
          <w:tcPr>
            <w:tcW w:w="5184" w:type="dxa"/>
            <w:tcBorders>
              <w:top w:val="single" w:sz="8" w:space="0" w:color="D98BA8"/>
              <w:left w:val="single" w:sz="8" w:space="0" w:color="D98BA8"/>
              <w:bottom w:val="single" w:sz="8" w:space="0" w:color="D98BA8"/>
              <w:right w:val="single" w:sz="8" w:space="0" w:color="D98BA8"/>
            </w:tcBorders>
            <w:shd w:val="clear" w:color="auto" w:fill="F8E9EF"/>
          </w:tcPr>
          <w:p w14:paraId="526D38A1" w14:textId="77777777" w:rsidR="007F7BE6" w:rsidRDefault="007737BB">
            <w:pPr>
              <w:jc w:val="center"/>
            </w:pPr>
            <w:r>
              <w:rPr>
                <w:b/>
                <w:color w:val="9B2C5A"/>
                <w:sz w:val="40"/>
              </w:rPr>
              <w:t>N</w:t>
            </w:r>
          </w:p>
        </w:tc>
        <w:tc>
          <w:tcPr>
            <w:tcW w:w="5184" w:type="dxa"/>
            <w:tcBorders>
              <w:top w:val="single" w:sz="8" w:space="0" w:color="D98BA8"/>
              <w:left w:val="single" w:sz="8" w:space="0" w:color="D98BA8"/>
              <w:bottom w:val="single" w:sz="8" w:space="0" w:color="D98BA8"/>
              <w:right w:val="single" w:sz="8" w:space="0" w:color="D98BA8"/>
            </w:tcBorders>
          </w:tcPr>
          <w:p w14:paraId="43225254" w14:textId="77777777" w:rsidR="007F7BE6" w:rsidRDefault="007737BB">
            <w:r>
              <w:rPr>
                <w:b/>
                <w:color w:val="5A2841"/>
              </w:rPr>
              <w:t>NURTURING POSITIVITY</w:t>
            </w:r>
            <w:r>
              <w:rPr>
                <w:b/>
                <w:color w:val="5A2841"/>
              </w:rPr>
              <w:br/>
            </w:r>
            <w:r>
              <w:t>Build routines, relationships, thoughts, and environments that help the transformed version of you keep growing.</w:t>
            </w:r>
          </w:p>
        </w:tc>
      </w:tr>
    </w:tbl>
    <w:p w14:paraId="733B34D3" w14:textId="77777777" w:rsidR="007F7BE6" w:rsidRDefault="007F7BE6">
      <w:pPr>
        <w:spacing w:after="120"/>
      </w:pPr>
    </w:p>
    <w:p w14:paraId="4166773E" w14:textId="77777777" w:rsidR="007F7BE6" w:rsidRDefault="007737BB">
      <w:pPr>
        <w:spacing w:after="120"/>
      </w:pPr>
      <w:r>
        <w:rPr>
          <w:b/>
        </w:rPr>
        <w:t xml:space="preserve">Try this: </w:t>
      </w:r>
      <w:r>
        <w:t>Circle the letter you need most right now. You do not have to work on everything at once. Start where God is already getting your attention.</w:t>
      </w:r>
    </w:p>
    <w:p w14:paraId="12F95147" w14:textId="77777777" w:rsidR="007F7BE6" w:rsidRDefault="007737BB">
      <w:pPr>
        <w:spacing w:after="160"/>
        <w:ind w:left="288" w:right="288"/>
        <w:jc w:val="center"/>
      </w:pPr>
      <w:r>
        <w:rPr>
          <w:b/>
          <w:color w:val="5A2841"/>
          <w:sz w:val="24"/>
        </w:rPr>
        <w:t>"Trust in the Lord with all your heart... and He will make your paths straight." - Proverbs 3:5-6</w:t>
      </w:r>
    </w:p>
    <w:p w14:paraId="01AFDCC6" w14:textId="77777777" w:rsidR="007F7BE6" w:rsidRDefault="007737BB">
      <w:r>
        <w:br w:type="page"/>
      </w:r>
    </w:p>
    <w:p w14:paraId="52B55273" w14:textId="77777777" w:rsidR="007F7BE6" w:rsidRDefault="007737BB">
      <w:pPr>
        <w:spacing w:after="80"/>
      </w:pPr>
      <w:r>
        <w:rPr>
          <w:b/>
          <w:color w:val="D98BA8"/>
          <w:sz w:val="17"/>
        </w:rPr>
        <w:lastRenderedPageBreak/>
        <w:t>STEPS A + L</w:t>
      </w:r>
    </w:p>
    <w:p w14:paraId="1128DA4D" w14:textId="77777777" w:rsidR="007F7BE6" w:rsidRDefault="007737BB">
      <w:pPr>
        <w:pStyle w:val="Heading1"/>
        <w:spacing w:after="120"/>
      </w:pPr>
      <w:r>
        <w:rPr>
          <w:b w:val="0"/>
        </w:rPr>
        <w:t>Awareness &amp; Loving Yourself</w:t>
      </w:r>
    </w:p>
    <w:p w14:paraId="674B8241" w14:textId="77777777" w:rsidR="007F7BE6" w:rsidRDefault="007737BB">
      <w:pPr>
        <w:pStyle w:val="Heading2"/>
        <w:spacing w:after="120"/>
      </w:pPr>
      <w:r>
        <w:rPr>
          <w:b w:val="0"/>
        </w:rPr>
        <w:t>A - Awareness</w:t>
      </w:r>
    </w:p>
    <w:p w14:paraId="56D0DFFD" w14:textId="77777777" w:rsidR="007F7BE6" w:rsidRDefault="007737BB">
      <w:pPr>
        <w:spacing w:after="120"/>
      </w:pPr>
      <w:r>
        <w:t>Healing starts when you tell yourself the truth. Awareness means noticing what is happening inside you before automatically reacting. Name the thought. Name the feeling. Notice the trigger. Recognize the pattern. Then ask whether it is helping you become who God is calling you to be.</w:t>
      </w:r>
    </w:p>
    <w:p w14:paraId="262DC7BA" w14:textId="77777777" w:rsidR="007F7BE6" w:rsidRDefault="007737BB">
      <w:pPr>
        <w:pStyle w:val="ListBullet"/>
        <w:spacing w:after="60"/>
      </w:pPr>
      <w:r>
        <w:t>What thought keeps repeating in my mind?</w:t>
      </w:r>
    </w:p>
    <w:p w14:paraId="4553E3BE" w14:textId="77777777" w:rsidR="007F7BE6" w:rsidRDefault="007737BB">
      <w:pPr>
        <w:pStyle w:val="ListBullet"/>
        <w:spacing w:after="60"/>
      </w:pPr>
      <w:r>
        <w:t>What situation triggers the strongest reaction in me?</w:t>
      </w:r>
    </w:p>
    <w:p w14:paraId="3E54BA34" w14:textId="77777777" w:rsidR="007F7BE6" w:rsidRDefault="007737BB">
      <w:pPr>
        <w:pStyle w:val="ListBullet"/>
        <w:spacing w:after="60"/>
      </w:pPr>
      <w:r>
        <w:t>What pattern am I finally ready to interrupt?</w:t>
      </w:r>
    </w:p>
    <w:p w14:paraId="53782FFC" w14:textId="77777777" w:rsidR="007F7BE6" w:rsidRDefault="007737BB">
      <w:pPr>
        <w:pStyle w:val="ListBullet"/>
        <w:spacing w:after="60"/>
      </w:pPr>
      <w:r>
        <w:t>What would a healthier response look like?</w:t>
      </w:r>
    </w:p>
    <w:p w14:paraId="44D5C13F" w14:textId="77777777" w:rsidR="007F7BE6" w:rsidRDefault="007737BB">
      <w:pPr>
        <w:pStyle w:val="Heading2"/>
        <w:spacing w:after="120"/>
      </w:pPr>
      <w:r>
        <w:rPr>
          <w:b w:val="0"/>
        </w:rPr>
        <w:t>L - Love Yourself</w:t>
      </w:r>
    </w:p>
    <w:p w14:paraId="57635A8A" w14:textId="77777777" w:rsidR="007F7BE6" w:rsidRDefault="007737BB">
      <w:pPr>
        <w:spacing w:after="120"/>
      </w:pPr>
      <w:r>
        <w:t>Self-love is not selfishness. It is learning to treat yourself as someone God created with value. It can look like setting a boundary, resting without guilt, speaking to yourself with grace, caring for your body, and refusing to keep abandoning yourself to keep everyone else comfortable.</w:t>
      </w:r>
    </w:p>
    <w:p w14:paraId="19953302" w14:textId="77777777" w:rsidR="007F7BE6" w:rsidRDefault="007737BB">
      <w:pPr>
        <w:pStyle w:val="ListBullet"/>
        <w:spacing w:after="60"/>
      </w:pPr>
      <w:r>
        <w:t>Where do I need a boundary?</w:t>
      </w:r>
    </w:p>
    <w:p w14:paraId="0BD28329" w14:textId="77777777" w:rsidR="007F7BE6" w:rsidRDefault="007737BB">
      <w:pPr>
        <w:pStyle w:val="ListBullet"/>
        <w:spacing w:after="60"/>
      </w:pPr>
      <w:r>
        <w:t>How do I speak to myself when I make a mistake?</w:t>
      </w:r>
    </w:p>
    <w:p w14:paraId="25FE6E8C" w14:textId="77777777" w:rsidR="007F7BE6" w:rsidRDefault="007737BB">
      <w:pPr>
        <w:pStyle w:val="ListBullet"/>
        <w:spacing w:after="60"/>
      </w:pPr>
      <w:r>
        <w:t>What does loving myself well look like this week?</w:t>
      </w:r>
    </w:p>
    <w:p w14:paraId="2CE3C29C" w14:textId="77777777" w:rsidR="007F7BE6" w:rsidRDefault="007737BB">
      <w:pPr>
        <w:pStyle w:val="ListBullet"/>
        <w:spacing w:after="60"/>
      </w:pPr>
      <w:r>
        <w:t>What am I tolerating that keeps costing me peace?</w:t>
      </w:r>
    </w:p>
    <w:tbl>
      <w:tblPr>
        <w:tblW w:w="0" w:type="auto"/>
        <w:jc w:val="center"/>
        <w:tblLook w:val="04A0" w:firstRow="1" w:lastRow="0" w:firstColumn="1" w:lastColumn="0" w:noHBand="0" w:noVBand="1"/>
      </w:tblPr>
      <w:tblGrid>
        <w:gridCol w:w="10348"/>
      </w:tblGrid>
      <w:tr w:rsidR="007F7BE6" w14:paraId="762D2E39" w14:textId="77777777">
        <w:trPr>
          <w:jc w:val="center"/>
        </w:trPr>
        <w:tc>
          <w:tcPr>
            <w:tcW w:w="10368" w:type="dxa"/>
            <w:tcBorders>
              <w:top w:val="single" w:sz="8" w:space="0" w:color="D98BA8"/>
              <w:left w:val="single" w:sz="8" w:space="0" w:color="D98BA8"/>
              <w:bottom w:val="single" w:sz="8" w:space="0" w:color="D98BA8"/>
              <w:right w:val="single" w:sz="8" w:space="0" w:color="D98BA8"/>
            </w:tcBorders>
            <w:shd w:val="clear" w:color="auto" w:fill="F8E9EF"/>
            <w:vAlign w:val="center"/>
          </w:tcPr>
          <w:p w14:paraId="38AD94AB" w14:textId="77777777" w:rsidR="007F7BE6" w:rsidRDefault="007737BB">
            <w:pPr>
              <w:jc w:val="center"/>
            </w:pPr>
            <w:r>
              <w:rPr>
                <w:color w:val="5A2841"/>
                <w:sz w:val="22"/>
              </w:rPr>
              <w:t>Flip It Practice</w:t>
            </w:r>
            <w:r>
              <w:rPr>
                <w:color w:val="5A2841"/>
                <w:sz w:val="22"/>
              </w:rPr>
              <w:br/>
            </w:r>
            <w:r>
              <w:rPr>
                <w:color w:val="5A2841"/>
                <w:sz w:val="22"/>
              </w:rPr>
              <w:br/>
            </w:r>
            <w:r>
              <w:rPr>
                <w:color w:val="5A2841"/>
                <w:sz w:val="22"/>
              </w:rPr>
              <w:t>Old thought: _______________________________</w:t>
            </w:r>
            <w:r>
              <w:rPr>
                <w:color w:val="5A2841"/>
                <w:sz w:val="22"/>
              </w:rPr>
              <w:br/>
              <w:t>Aligned thought: _____________________________</w:t>
            </w:r>
          </w:p>
        </w:tc>
      </w:tr>
    </w:tbl>
    <w:p w14:paraId="3E533333" w14:textId="77777777" w:rsidR="007F7BE6" w:rsidRDefault="007F7BE6">
      <w:pPr>
        <w:spacing w:after="40"/>
      </w:pPr>
    </w:p>
    <w:p w14:paraId="18DFF3FC" w14:textId="77777777" w:rsidR="007F7BE6" w:rsidRDefault="007737BB">
      <w:pPr>
        <w:spacing w:after="160"/>
        <w:ind w:left="288" w:right="288"/>
        <w:jc w:val="center"/>
      </w:pPr>
      <w:r>
        <w:rPr>
          <w:b/>
          <w:color w:val="5A2841"/>
          <w:sz w:val="24"/>
        </w:rPr>
        <w:t>"I praise you because I am fearfully and wonderfully made." - Psalm 139:14</w:t>
      </w:r>
    </w:p>
    <w:p w14:paraId="629FD6D2" w14:textId="77777777" w:rsidR="007F7BE6" w:rsidRDefault="007737BB">
      <w:r>
        <w:br w:type="page"/>
      </w:r>
    </w:p>
    <w:p w14:paraId="2901330C" w14:textId="77777777" w:rsidR="007F7BE6" w:rsidRDefault="007737BB">
      <w:pPr>
        <w:spacing w:after="80"/>
      </w:pPr>
      <w:r>
        <w:rPr>
          <w:b/>
          <w:color w:val="D98BA8"/>
          <w:sz w:val="17"/>
        </w:rPr>
        <w:lastRenderedPageBreak/>
        <w:t>STEPS I + G</w:t>
      </w:r>
    </w:p>
    <w:p w14:paraId="2E101765" w14:textId="77777777" w:rsidR="007F7BE6" w:rsidRDefault="007737BB">
      <w:pPr>
        <w:pStyle w:val="Heading1"/>
        <w:spacing w:after="120"/>
      </w:pPr>
      <w:r>
        <w:rPr>
          <w:b w:val="0"/>
        </w:rPr>
        <w:t>Invite God In &amp; Gratitude + Growth</w:t>
      </w:r>
    </w:p>
    <w:p w14:paraId="3A5E54D5" w14:textId="77777777" w:rsidR="007F7BE6" w:rsidRDefault="007737BB">
      <w:pPr>
        <w:pStyle w:val="Heading2"/>
        <w:spacing w:after="120"/>
      </w:pPr>
      <w:r>
        <w:rPr>
          <w:b w:val="0"/>
        </w:rPr>
        <w:t>I - Invite God In</w:t>
      </w:r>
    </w:p>
    <w:p w14:paraId="4FE952BC" w14:textId="77777777" w:rsidR="007F7BE6" w:rsidRDefault="007737BB">
      <w:pPr>
        <w:spacing w:after="120"/>
      </w:pPr>
      <w:r>
        <w:t>You were never meant to carry every burden by yourself. Invite God into the real conversation - not only the polished prayer. Tell Him what hurts, what scares you, what you want, and where you feel confused. Surrender is not giving up; it is making room for guidance.</w:t>
      </w:r>
    </w:p>
    <w:p w14:paraId="4517CA97" w14:textId="77777777" w:rsidR="007F7BE6" w:rsidRDefault="007737BB">
      <w:pPr>
        <w:pStyle w:val="ListBullet"/>
        <w:spacing w:after="60"/>
      </w:pPr>
      <w:r>
        <w:t>What have I been trying to control alone?</w:t>
      </w:r>
    </w:p>
    <w:p w14:paraId="3CC3E9F5" w14:textId="77777777" w:rsidR="007F7BE6" w:rsidRDefault="007737BB">
      <w:pPr>
        <w:pStyle w:val="ListBullet"/>
        <w:spacing w:after="60"/>
      </w:pPr>
      <w:r>
        <w:t>What decision do I need to pray over before I act?</w:t>
      </w:r>
    </w:p>
    <w:p w14:paraId="42F33372" w14:textId="77777777" w:rsidR="007F7BE6" w:rsidRDefault="007737BB">
      <w:pPr>
        <w:pStyle w:val="ListBullet"/>
        <w:spacing w:after="60"/>
      </w:pPr>
      <w:r>
        <w:t>What would surrender look like in this situation?</w:t>
      </w:r>
    </w:p>
    <w:p w14:paraId="07097548" w14:textId="77777777" w:rsidR="007F7BE6" w:rsidRDefault="007737BB">
      <w:pPr>
        <w:pStyle w:val="Heading2"/>
        <w:spacing w:after="120"/>
      </w:pPr>
      <w:r>
        <w:rPr>
          <w:b w:val="0"/>
        </w:rPr>
        <w:t>G - Gratitude &amp; Growth</w:t>
      </w:r>
    </w:p>
    <w:p w14:paraId="10E50EF8" w14:textId="77777777" w:rsidR="007F7BE6" w:rsidRDefault="007737BB">
      <w:pPr>
        <w:spacing w:after="120"/>
      </w:pPr>
      <w:r>
        <w:t>Gratitude does not deny pain. It reminds you that pain is not the only thing present. Growth happens when you can honor where you are while still choosing the next step.</w:t>
      </w:r>
    </w:p>
    <w:tbl>
      <w:tblPr>
        <w:tblW w:w="0" w:type="auto"/>
        <w:jc w:val="center"/>
        <w:tblLook w:val="04A0" w:firstRow="1" w:lastRow="0" w:firstColumn="1" w:lastColumn="0" w:noHBand="0" w:noVBand="1"/>
      </w:tblPr>
      <w:tblGrid>
        <w:gridCol w:w="10348"/>
      </w:tblGrid>
      <w:tr w:rsidR="007F7BE6" w14:paraId="3672403C" w14:textId="77777777">
        <w:trPr>
          <w:jc w:val="center"/>
        </w:trPr>
        <w:tc>
          <w:tcPr>
            <w:tcW w:w="10368" w:type="dxa"/>
            <w:tcBorders>
              <w:top w:val="single" w:sz="8" w:space="0" w:color="D98BA8"/>
              <w:left w:val="single" w:sz="8" w:space="0" w:color="D98BA8"/>
              <w:bottom w:val="single" w:sz="8" w:space="0" w:color="D98BA8"/>
              <w:right w:val="single" w:sz="8" w:space="0" w:color="D98BA8"/>
            </w:tcBorders>
            <w:shd w:val="clear" w:color="auto" w:fill="F8E9EF"/>
            <w:vAlign w:val="center"/>
          </w:tcPr>
          <w:p w14:paraId="3E7C0255" w14:textId="77777777" w:rsidR="007F7BE6" w:rsidRDefault="007737BB">
            <w:pPr>
              <w:jc w:val="center"/>
            </w:pPr>
            <w:r>
              <w:rPr>
                <w:color w:val="5A2841"/>
                <w:sz w:val="22"/>
              </w:rPr>
              <w:t>The 3 &amp; 1 Practice</w:t>
            </w:r>
            <w:r>
              <w:rPr>
                <w:color w:val="5A2841"/>
                <w:sz w:val="22"/>
              </w:rPr>
              <w:br/>
            </w:r>
            <w:r>
              <w:rPr>
                <w:color w:val="5A2841"/>
                <w:sz w:val="22"/>
              </w:rPr>
              <w:br/>
              <w:t>1. __________________________________________</w:t>
            </w:r>
            <w:r>
              <w:rPr>
                <w:color w:val="5A2841"/>
                <w:sz w:val="22"/>
              </w:rPr>
              <w:br/>
              <w:t>2. __________________________________________</w:t>
            </w:r>
            <w:r>
              <w:rPr>
                <w:color w:val="5A2841"/>
                <w:sz w:val="22"/>
              </w:rPr>
              <w:br/>
              <w:t>3. __________________________________________</w:t>
            </w:r>
            <w:r>
              <w:rPr>
                <w:color w:val="5A2841"/>
                <w:sz w:val="22"/>
              </w:rPr>
              <w:br/>
            </w:r>
            <w:r>
              <w:rPr>
                <w:color w:val="5A2841"/>
                <w:sz w:val="22"/>
              </w:rPr>
              <w:br/>
            </w:r>
            <w:r>
              <w:rPr>
                <w:color w:val="5A2841"/>
                <w:sz w:val="22"/>
              </w:rPr>
              <w:t>One growth step: ___________________________</w:t>
            </w:r>
          </w:p>
        </w:tc>
      </w:tr>
    </w:tbl>
    <w:p w14:paraId="581710F7" w14:textId="77777777" w:rsidR="007F7BE6" w:rsidRDefault="007F7BE6">
      <w:pPr>
        <w:spacing w:after="40"/>
      </w:pPr>
    </w:p>
    <w:p w14:paraId="07F2C567" w14:textId="77777777" w:rsidR="007F7BE6" w:rsidRDefault="007737BB">
      <w:pPr>
        <w:spacing w:after="160"/>
        <w:ind w:left="288" w:right="288"/>
        <w:jc w:val="center"/>
      </w:pPr>
      <w:r>
        <w:rPr>
          <w:b/>
          <w:color w:val="5A2841"/>
          <w:sz w:val="24"/>
        </w:rPr>
        <w:t>"In every situation, by prayer and petition, with thanksgiving, present your requests to God." - Philippians 4:6</w:t>
      </w:r>
    </w:p>
    <w:p w14:paraId="078BA297" w14:textId="77777777" w:rsidR="007F7BE6" w:rsidRDefault="007737BB">
      <w:r>
        <w:br w:type="page"/>
      </w:r>
    </w:p>
    <w:p w14:paraId="12E927BE" w14:textId="77777777" w:rsidR="007F7BE6" w:rsidRDefault="007737BB">
      <w:pPr>
        <w:spacing w:after="80"/>
      </w:pPr>
      <w:r>
        <w:rPr>
          <w:b/>
          <w:color w:val="D98BA8"/>
          <w:sz w:val="17"/>
        </w:rPr>
        <w:lastRenderedPageBreak/>
        <w:t>STEP N</w:t>
      </w:r>
    </w:p>
    <w:p w14:paraId="15A64FEF" w14:textId="77777777" w:rsidR="007F7BE6" w:rsidRDefault="007737BB">
      <w:pPr>
        <w:pStyle w:val="Heading1"/>
        <w:spacing w:after="120"/>
      </w:pPr>
      <w:r>
        <w:rPr>
          <w:b w:val="0"/>
        </w:rPr>
        <w:t>Nurturing Positivity</w:t>
      </w:r>
    </w:p>
    <w:p w14:paraId="2855483C" w14:textId="77777777" w:rsidR="007F7BE6" w:rsidRDefault="007737BB">
      <w:pPr>
        <w:spacing w:after="120"/>
      </w:pPr>
      <w:r>
        <w:rPr>
          <w:color w:val="5A2841"/>
          <w:sz w:val="22"/>
        </w:rPr>
        <w:t>Transformation becomes sustainable when your daily environment supports the person you are becoming.</w:t>
      </w:r>
    </w:p>
    <w:p w14:paraId="6AC0F96A" w14:textId="77777777" w:rsidR="007F7BE6" w:rsidRDefault="007737BB">
      <w:pPr>
        <w:spacing w:after="120"/>
      </w:pPr>
      <w:r>
        <w:t>Positive thinking alone will not change your life. What changes your life is repeatedly choosing thoughts, habits, people, and practices that agree with where you are going. Nurturing positivity means protecting what God is growing in you.</w:t>
      </w:r>
    </w:p>
    <w:p w14:paraId="082D4CA0" w14:textId="77777777" w:rsidR="007F7BE6" w:rsidRDefault="007737BB">
      <w:pPr>
        <w:pStyle w:val="Heading2"/>
        <w:spacing w:after="120"/>
      </w:pPr>
      <w:r>
        <w:rPr>
          <w:b w:val="0"/>
        </w:rPr>
        <w:t>Your positivity ecosystem can include:</w:t>
      </w:r>
    </w:p>
    <w:p w14:paraId="4CE145EE" w14:textId="77777777" w:rsidR="007F7BE6" w:rsidRDefault="007737BB">
      <w:pPr>
        <w:pStyle w:val="ListBullet"/>
        <w:spacing w:after="60"/>
      </w:pPr>
      <w:r>
        <w:t>A morning prayer or quiet-time routine</w:t>
      </w:r>
    </w:p>
    <w:p w14:paraId="794490F3" w14:textId="77777777" w:rsidR="007F7BE6" w:rsidRDefault="007737BB">
      <w:pPr>
        <w:pStyle w:val="ListBullet"/>
        <w:spacing w:after="60"/>
      </w:pPr>
      <w:r>
        <w:t>People who encourage growth instead of feeding old patterns</w:t>
      </w:r>
    </w:p>
    <w:p w14:paraId="5679C425" w14:textId="77777777" w:rsidR="007F7BE6" w:rsidRDefault="007737BB">
      <w:pPr>
        <w:pStyle w:val="ListBullet"/>
        <w:spacing w:after="60"/>
      </w:pPr>
      <w:r>
        <w:t>Movement, rest, nourishing food, and care for your physical body</w:t>
      </w:r>
    </w:p>
    <w:p w14:paraId="1866A1AD" w14:textId="77777777" w:rsidR="007F7BE6" w:rsidRDefault="007737BB">
      <w:pPr>
        <w:pStyle w:val="ListBullet"/>
        <w:spacing w:after="60"/>
      </w:pPr>
      <w:r>
        <w:t>Music, books, sermons, podcasts, and messages that renew your mind</w:t>
      </w:r>
    </w:p>
    <w:p w14:paraId="34552258" w14:textId="77777777" w:rsidR="007F7BE6" w:rsidRDefault="007737BB">
      <w:pPr>
        <w:pStyle w:val="ListBullet"/>
        <w:spacing w:after="60"/>
      </w:pPr>
      <w:r>
        <w:t>Celebrating small wins instead of only noticing what is unfinished</w:t>
      </w:r>
    </w:p>
    <w:p w14:paraId="41136229" w14:textId="77777777" w:rsidR="007F7BE6" w:rsidRDefault="007737BB">
      <w:pPr>
        <w:pStyle w:val="ListBullet"/>
        <w:spacing w:after="60"/>
      </w:pPr>
      <w:r>
        <w:t>Replacing constant comparison with gratitude and purposeful action</w:t>
      </w:r>
    </w:p>
    <w:tbl>
      <w:tblPr>
        <w:tblW w:w="0" w:type="auto"/>
        <w:jc w:val="center"/>
        <w:tblLook w:val="04A0" w:firstRow="1" w:lastRow="0" w:firstColumn="1" w:lastColumn="0" w:noHBand="0" w:noVBand="1"/>
      </w:tblPr>
      <w:tblGrid>
        <w:gridCol w:w="10348"/>
      </w:tblGrid>
      <w:tr w:rsidR="007F7BE6" w14:paraId="4721A3CE" w14:textId="77777777">
        <w:trPr>
          <w:jc w:val="center"/>
        </w:trPr>
        <w:tc>
          <w:tcPr>
            <w:tcW w:w="10368" w:type="dxa"/>
            <w:tcBorders>
              <w:top w:val="single" w:sz="8" w:space="0" w:color="D98BA8"/>
              <w:left w:val="single" w:sz="8" w:space="0" w:color="D98BA8"/>
              <w:bottom w:val="single" w:sz="8" w:space="0" w:color="D98BA8"/>
              <w:right w:val="single" w:sz="8" w:space="0" w:color="D98BA8"/>
            </w:tcBorders>
            <w:shd w:val="clear" w:color="auto" w:fill="F8E9EF"/>
            <w:vAlign w:val="center"/>
          </w:tcPr>
          <w:p w14:paraId="1FA990B8" w14:textId="77777777" w:rsidR="007F7BE6" w:rsidRDefault="007737BB">
            <w:pPr>
              <w:jc w:val="center"/>
            </w:pPr>
            <w:r>
              <w:rPr>
                <w:color w:val="5A2841"/>
                <w:sz w:val="22"/>
              </w:rPr>
              <w:t>One-week challenge</w:t>
            </w:r>
            <w:r>
              <w:rPr>
                <w:color w:val="5A2841"/>
                <w:sz w:val="22"/>
              </w:rPr>
              <w:br/>
            </w:r>
            <w:r>
              <w:rPr>
                <w:color w:val="5A2841"/>
                <w:sz w:val="22"/>
              </w:rPr>
              <w:br/>
              <w:t>My practice: ______________________________________</w:t>
            </w:r>
            <w:r>
              <w:rPr>
                <w:color w:val="5A2841"/>
                <w:sz w:val="22"/>
              </w:rPr>
              <w:br/>
              <w:t>When I will do it: __________________________________</w:t>
            </w:r>
          </w:p>
        </w:tc>
      </w:tr>
    </w:tbl>
    <w:p w14:paraId="7096022E" w14:textId="77777777" w:rsidR="007F7BE6" w:rsidRDefault="007F7BE6">
      <w:pPr>
        <w:spacing w:after="40"/>
      </w:pPr>
    </w:p>
    <w:p w14:paraId="45DE9193" w14:textId="77777777" w:rsidR="007F7BE6" w:rsidRDefault="007737BB">
      <w:pPr>
        <w:spacing w:after="160"/>
        <w:ind w:left="288" w:right="288"/>
        <w:jc w:val="center"/>
      </w:pPr>
      <w:r>
        <w:rPr>
          <w:b/>
          <w:color w:val="5A2841"/>
          <w:sz w:val="24"/>
        </w:rPr>
        <w:t>"Whatever is true, noble, right, pure, lovely... think about such things." - Philippians 4:8</w:t>
      </w:r>
    </w:p>
    <w:p w14:paraId="06839FC7" w14:textId="77777777" w:rsidR="007F7BE6" w:rsidRDefault="007737BB">
      <w:r>
        <w:br w:type="page"/>
      </w:r>
    </w:p>
    <w:p w14:paraId="029553F0" w14:textId="77777777" w:rsidR="007F7BE6" w:rsidRDefault="007737BB">
      <w:pPr>
        <w:spacing w:after="80"/>
      </w:pPr>
      <w:r>
        <w:rPr>
          <w:b/>
          <w:color w:val="D98BA8"/>
          <w:sz w:val="17"/>
        </w:rPr>
        <w:lastRenderedPageBreak/>
        <w:t>YOUR REFLECTION</w:t>
      </w:r>
    </w:p>
    <w:p w14:paraId="35C1CBF8" w14:textId="77777777" w:rsidR="007F7BE6" w:rsidRDefault="007737BB">
      <w:pPr>
        <w:pStyle w:val="Heading1"/>
        <w:spacing w:after="120"/>
      </w:pPr>
      <w:r>
        <w:rPr>
          <w:b w:val="0"/>
        </w:rPr>
        <w:t>Where Are You Being Called to A.L.I.G.N.?</w:t>
      </w:r>
    </w:p>
    <w:p w14:paraId="66BAC242" w14:textId="77777777" w:rsidR="007F7BE6" w:rsidRDefault="007737BB">
      <w:pPr>
        <w:spacing w:after="120"/>
      </w:pPr>
      <w:r>
        <w:rPr>
          <w:color w:val="5A2841"/>
          <w:sz w:val="22"/>
        </w:rPr>
        <w:t>Use these questions as a journal, prayer prompt, or conversation with someone you trust.</w:t>
      </w:r>
    </w:p>
    <w:p w14:paraId="25BB54AA" w14:textId="77777777" w:rsidR="007F7BE6" w:rsidRDefault="007737BB">
      <w:pPr>
        <w:spacing w:after="40"/>
      </w:pPr>
      <w:r>
        <w:rPr>
          <w:b/>
        </w:rPr>
        <w:t xml:space="preserve">Awareness: </w:t>
      </w:r>
      <w:r>
        <w:t>What truth about my life can I no longer ignore?</w:t>
      </w:r>
    </w:p>
    <w:p w14:paraId="1EABCCCF" w14:textId="77777777" w:rsidR="007F7BE6" w:rsidRDefault="007737BB">
      <w:pPr>
        <w:spacing w:after="40"/>
      </w:pPr>
      <w:r>
        <w:rPr>
          <w:color w:val="A98C98"/>
          <w:sz w:val="16"/>
        </w:rPr>
        <w:t>__________________________________________________________________________</w:t>
      </w:r>
    </w:p>
    <w:p w14:paraId="3FDCECE1" w14:textId="77777777" w:rsidR="007F7BE6" w:rsidRDefault="007737BB">
      <w:pPr>
        <w:spacing w:after="40"/>
      </w:pPr>
      <w:r>
        <w:rPr>
          <w:color w:val="A98C98"/>
          <w:sz w:val="16"/>
        </w:rPr>
        <w:t>__________________________________________________________________________</w:t>
      </w:r>
    </w:p>
    <w:p w14:paraId="197838C0" w14:textId="77777777" w:rsidR="007F7BE6" w:rsidRDefault="007737BB">
      <w:pPr>
        <w:spacing w:after="40"/>
      </w:pPr>
      <w:r>
        <w:rPr>
          <w:b/>
        </w:rPr>
        <w:t xml:space="preserve">Love: </w:t>
      </w:r>
      <w:r>
        <w:t>What would change if I treated myself with the same grace I offer others?</w:t>
      </w:r>
    </w:p>
    <w:p w14:paraId="3425DC64" w14:textId="77777777" w:rsidR="007F7BE6" w:rsidRDefault="007737BB">
      <w:pPr>
        <w:spacing w:after="40"/>
      </w:pPr>
      <w:r>
        <w:rPr>
          <w:color w:val="A98C98"/>
          <w:sz w:val="16"/>
        </w:rPr>
        <w:t>__________________________________________________________________________</w:t>
      </w:r>
    </w:p>
    <w:p w14:paraId="2B84BC79" w14:textId="77777777" w:rsidR="007F7BE6" w:rsidRDefault="007737BB">
      <w:pPr>
        <w:spacing w:after="40"/>
      </w:pPr>
      <w:r>
        <w:rPr>
          <w:color w:val="A98C98"/>
          <w:sz w:val="16"/>
        </w:rPr>
        <w:t>__________________________________________________________________________</w:t>
      </w:r>
    </w:p>
    <w:p w14:paraId="1E3F4720" w14:textId="77777777" w:rsidR="007F7BE6" w:rsidRDefault="007737BB">
      <w:pPr>
        <w:spacing w:after="40"/>
      </w:pPr>
      <w:r>
        <w:rPr>
          <w:b/>
        </w:rPr>
        <w:t xml:space="preserve">Invite God In: </w:t>
      </w:r>
      <w:r>
        <w:t>What am I ready to place in God's hands?</w:t>
      </w:r>
    </w:p>
    <w:p w14:paraId="7C984FF1" w14:textId="77777777" w:rsidR="007F7BE6" w:rsidRDefault="007737BB">
      <w:pPr>
        <w:spacing w:after="40"/>
      </w:pPr>
      <w:r>
        <w:rPr>
          <w:color w:val="A98C98"/>
          <w:sz w:val="16"/>
        </w:rPr>
        <w:t>__________________________________________________________________________</w:t>
      </w:r>
    </w:p>
    <w:p w14:paraId="7A3FCF07" w14:textId="77777777" w:rsidR="007F7BE6" w:rsidRDefault="007737BB">
      <w:pPr>
        <w:spacing w:after="40"/>
      </w:pPr>
      <w:r>
        <w:rPr>
          <w:color w:val="A98C98"/>
          <w:sz w:val="16"/>
        </w:rPr>
        <w:t>__________________________________________________________________________</w:t>
      </w:r>
    </w:p>
    <w:p w14:paraId="7CF630C2" w14:textId="77777777" w:rsidR="007F7BE6" w:rsidRDefault="007737BB">
      <w:pPr>
        <w:spacing w:after="40"/>
      </w:pPr>
      <w:r>
        <w:rPr>
          <w:b/>
        </w:rPr>
        <w:t xml:space="preserve">Gratitude &amp; Growth: </w:t>
      </w:r>
      <w:r>
        <w:t>What has this season taught me, and what can I thank God for today?</w:t>
      </w:r>
    </w:p>
    <w:p w14:paraId="0BB96E01" w14:textId="77777777" w:rsidR="007F7BE6" w:rsidRDefault="007737BB">
      <w:pPr>
        <w:spacing w:after="40"/>
      </w:pPr>
      <w:r>
        <w:rPr>
          <w:color w:val="A98C98"/>
          <w:sz w:val="16"/>
        </w:rPr>
        <w:t>__________________________________________________________________________</w:t>
      </w:r>
    </w:p>
    <w:p w14:paraId="63BDC2A6" w14:textId="77777777" w:rsidR="007F7BE6" w:rsidRDefault="007737BB">
      <w:pPr>
        <w:spacing w:after="40"/>
      </w:pPr>
      <w:r>
        <w:rPr>
          <w:color w:val="A98C98"/>
          <w:sz w:val="16"/>
        </w:rPr>
        <w:t>__________________________________________________________________________</w:t>
      </w:r>
    </w:p>
    <w:p w14:paraId="01E1538B" w14:textId="77777777" w:rsidR="007F7BE6" w:rsidRDefault="007737BB">
      <w:pPr>
        <w:spacing w:after="40"/>
      </w:pPr>
      <w:r>
        <w:rPr>
          <w:b/>
        </w:rPr>
        <w:t xml:space="preserve">Nurturing Positivity: </w:t>
      </w:r>
      <w:r>
        <w:t>What habit, relationship, or environment needs to change so I can protect my growth?</w:t>
      </w:r>
    </w:p>
    <w:p w14:paraId="3C4EAAED" w14:textId="77777777" w:rsidR="007F7BE6" w:rsidRDefault="007737BB">
      <w:pPr>
        <w:spacing w:after="40"/>
      </w:pPr>
      <w:r>
        <w:rPr>
          <w:color w:val="A98C98"/>
          <w:sz w:val="16"/>
        </w:rPr>
        <w:t>__________________________________________________________________________</w:t>
      </w:r>
    </w:p>
    <w:p w14:paraId="31001F1E" w14:textId="77777777" w:rsidR="007F7BE6" w:rsidRDefault="007737BB">
      <w:pPr>
        <w:spacing w:after="40"/>
      </w:pPr>
      <w:r>
        <w:rPr>
          <w:color w:val="A98C98"/>
          <w:sz w:val="16"/>
        </w:rPr>
        <w:t>__________________________________________________________________________</w:t>
      </w:r>
    </w:p>
    <w:p w14:paraId="6CB68448" w14:textId="77777777" w:rsidR="007F7BE6" w:rsidRDefault="007737BB">
      <w:pPr>
        <w:spacing w:after="40"/>
      </w:pPr>
      <w:r>
        <w:rPr>
          <w:b/>
        </w:rPr>
        <w:t xml:space="preserve">Purpose: </w:t>
      </w:r>
      <w:r>
        <w:t>What pain, gift, experience, or passion might God use to help someone else?</w:t>
      </w:r>
    </w:p>
    <w:p w14:paraId="30FDBBD0" w14:textId="77777777" w:rsidR="007F7BE6" w:rsidRDefault="007737BB">
      <w:pPr>
        <w:spacing w:after="40"/>
      </w:pPr>
      <w:r>
        <w:rPr>
          <w:color w:val="A98C98"/>
          <w:sz w:val="16"/>
        </w:rPr>
        <w:t>__________________________________________________________________________</w:t>
      </w:r>
    </w:p>
    <w:p w14:paraId="111AE592" w14:textId="77777777" w:rsidR="007F7BE6" w:rsidRDefault="007737BB">
      <w:pPr>
        <w:spacing w:after="40"/>
      </w:pPr>
      <w:r>
        <w:rPr>
          <w:color w:val="A98C98"/>
          <w:sz w:val="16"/>
        </w:rPr>
        <w:t>__________________________________________________________________________</w:t>
      </w:r>
    </w:p>
    <w:p w14:paraId="4FE5BEB2" w14:textId="77777777" w:rsidR="007F7BE6" w:rsidRDefault="007737BB">
      <w:pPr>
        <w:spacing w:after="160"/>
        <w:ind w:left="288" w:right="288"/>
        <w:jc w:val="center"/>
      </w:pPr>
      <w:r>
        <w:rPr>
          <w:b/>
          <w:color w:val="5A2841"/>
          <w:sz w:val="24"/>
        </w:rPr>
        <w:t>"In all things God works for the good of those who love Him, who have been called according to His purpose." - Romans 8:28</w:t>
      </w:r>
    </w:p>
    <w:p w14:paraId="3BD19665" w14:textId="77777777" w:rsidR="007F7BE6" w:rsidRDefault="007737BB">
      <w:r>
        <w:br w:type="page"/>
      </w:r>
    </w:p>
    <w:p w14:paraId="72837176" w14:textId="77777777" w:rsidR="007F7BE6" w:rsidRDefault="007737BB">
      <w:pPr>
        <w:spacing w:after="80"/>
      </w:pPr>
      <w:r>
        <w:rPr>
          <w:b/>
          <w:color w:val="D98BA8"/>
          <w:sz w:val="17"/>
        </w:rPr>
        <w:lastRenderedPageBreak/>
        <w:t>YOUR NEXT STEP</w:t>
      </w:r>
    </w:p>
    <w:p w14:paraId="37A4B4BA" w14:textId="77777777" w:rsidR="007F7BE6" w:rsidRDefault="007737BB">
      <w:pPr>
        <w:pStyle w:val="Heading1"/>
        <w:spacing w:after="120"/>
      </w:pPr>
      <w:r>
        <w:rPr>
          <w:b w:val="0"/>
        </w:rPr>
        <w:t>You Are Still Here for a Reason</w:t>
      </w:r>
    </w:p>
    <w:p w14:paraId="44B61CF6" w14:textId="77777777" w:rsidR="007F7BE6" w:rsidRDefault="007737BB">
      <w:pPr>
        <w:spacing w:after="120"/>
      </w:pPr>
      <w:r>
        <w:t>A.L.I.G.N. is not something you complete once and never need again. It is a way to check in with yourself, return to God, and intentionally choose the next healthy step. You may be standing at the beginning of your healing, rebuilding after a difficult season, or realizing that the life you have been living no longer fits the person you are becoming.</w:t>
      </w:r>
    </w:p>
    <w:tbl>
      <w:tblPr>
        <w:tblW w:w="0" w:type="auto"/>
        <w:jc w:val="center"/>
        <w:tblLook w:val="04A0" w:firstRow="1" w:lastRow="0" w:firstColumn="1" w:lastColumn="0" w:noHBand="0" w:noVBand="1"/>
      </w:tblPr>
      <w:tblGrid>
        <w:gridCol w:w="10348"/>
      </w:tblGrid>
      <w:tr w:rsidR="007F7BE6" w14:paraId="2538ADF9" w14:textId="77777777">
        <w:trPr>
          <w:jc w:val="center"/>
        </w:trPr>
        <w:tc>
          <w:tcPr>
            <w:tcW w:w="10368" w:type="dxa"/>
            <w:tcBorders>
              <w:top w:val="single" w:sz="8" w:space="0" w:color="D98BA8"/>
              <w:left w:val="single" w:sz="8" w:space="0" w:color="D98BA8"/>
              <w:bottom w:val="single" w:sz="8" w:space="0" w:color="D98BA8"/>
              <w:right w:val="single" w:sz="8" w:space="0" w:color="D98BA8"/>
            </w:tcBorders>
            <w:shd w:val="clear" w:color="auto" w:fill="F8E9EF"/>
            <w:vAlign w:val="center"/>
          </w:tcPr>
          <w:p w14:paraId="1981D798" w14:textId="77777777" w:rsidR="007F7BE6" w:rsidRDefault="007737BB">
            <w:pPr>
              <w:jc w:val="center"/>
            </w:pPr>
            <w:r>
              <w:rPr>
                <w:color w:val="5A2841"/>
                <w:sz w:val="22"/>
              </w:rPr>
              <w:t>You do not need the entire map before you move.</w:t>
            </w:r>
            <w:r>
              <w:rPr>
                <w:color w:val="5A2841"/>
                <w:sz w:val="22"/>
              </w:rPr>
              <w:br/>
              <w:t>You need enough courage for the next step.</w:t>
            </w:r>
          </w:p>
        </w:tc>
      </w:tr>
    </w:tbl>
    <w:p w14:paraId="0A76F570" w14:textId="77777777" w:rsidR="007F7BE6" w:rsidRDefault="007F7BE6">
      <w:pPr>
        <w:spacing w:after="40"/>
      </w:pPr>
    </w:p>
    <w:p w14:paraId="10B28436" w14:textId="77777777" w:rsidR="007F7BE6" w:rsidRDefault="007737BB">
      <w:pPr>
        <w:pStyle w:val="Heading2"/>
        <w:spacing w:after="120"/>
      </w:pPr>
      <w:r>
        <w:rPr>
          <w:b w:val="0"/>
        </w:rPr>
        <w:t>Your next aligned step:</w:t>
      </w:r>
    </w:p>
    <w:p w14:paraId="2B86B9C6" w14:textId="77777777" w:rsidR="007F7BE6" w:rsidRDefault="007737BB">
      <w:pPr>
        <w:spacing w:after="40"/>
      </w:pPr>
      <w:r>
        <w:rPr>
          <w:color w:val="A98C98"/>
          <w:sz w:val="16"/>
        </w:rPr>
        <w:t>__________________________________________________________________________</w:t>
      </w:r>
    </w:p>
    <w:p w14:paraId="6A91B692" w14:textId="77777777" w:rsidR="007F7BE6" w:rsidRDefault="007737BB">
      <w:pPr>
        <w:spacing w:after="40"/>
      </w:pPr>
      <w:r>
        <w:rPr>
          <w:color w:val="A98C98"/>
          <w:sz w:val="16"/>
        </w:rPr>
        <w:t>__________________________________________________________________________</w:t>
      </w:r>
    </w:p>
    <w:p w14:paraId="7315F07A" w14:textId="77777777" w:rsidR="007F7BE6" w:rsidRDefault="007737BB">
      <w:pPr>
        <w:spacing w:after="40"/>
      </w:pPr>
      <w:r>
        <w:rPr>
          <w:color w:val="A98C98"/>
          <w:sz w:val="16"/>
        </w:rPr>
        <w:t>__________________________________________________________________________</w:t>
      </w:r>
    </w:p>
    <w:p w14:paraId="2BB778AD" w14:textId="77777777" w:rsidR="007F7BE6" w:rsidRDefault="007737BB">
      <w:pPr>
        <w:spacing w:after="160"/>
        <w:ind w:left="288" w:right="288"/>
        <w:jc w:val="center"/>
      </w:pPr>
      <w:r>
        <w:rPr>
          <w:b/>
          <w:color w:val="5A2841"/>
          <w:sz w:val="24"/>
        </w:rPr>
        <w:t>"Your survival is not an accident. It can become an assignment."</w:t>
      </w:r>
    </w:p>
    <w:p w14:paraId="389D3E2B" w14:textId="77777777" w:rsidR="007F7BE6" w:rsidRDefault="007737BB">
      <w:pPr>
        <w:spacing w:after="240"/>
        <w:jc w:val="center"/>
      </w:pPr>
      <w:r>
        <w:t>If this guide stirred something in you and you are ready to go deeper, I would love to connect with you. Reach out to schedule a discovery call and explore what it could look like to A.L.I.G.N. your healing, mindset, faith, and purpose.</w:t>
      </w:r>
    </w:p>
    <w:tbl>
      <w:tblPr>
        <w:tblW w:w="0" w:type="auto"/>
        <w:jc w:val="center"/>
        <w:tblLook w:val="04A0" w:firstRow="1" w:lastRow="0" w:firstColumn="1" w:lastColumn="0" w:noHBand="0" w:noVBand="1"/>
      </w:tblPr>
      <w:tblGrid>
        <w:gridCol w:w="5175"/>
        <w:gridCol w:w="5173"/>
      </w:tblGrid>
      <w:tr w:rsidR="007F7BE6" w14:paraId="16E99D0A" w14:textId="77777777">
        <w:trPr>
          <w:jc w:val="center"/>
        </w:trPr>
        <w:tc>
          <w:tcPr>
            <w:tcW w:w="5184" w:type="dxa"/>
            <w:tcBorders>
              <w:top w:val="single" w:sz="8" w:space="0" w:color="D98BA8"/>
              <w:left w:val="single" w:sz="8" w:space="0" w:color="D98BA8"/>
              <w:bottom w:val="single" w:sz="8" w:space="0" w:color="D98BA8"/>
              <w:right w:val="single" w:sz="8" w:space="0" w:color="D98BA8"/>
            </w:tcBorders>
            <w:shd w:val="clear" w:color="auto" w:fill="F8E9EF"/>
          </w:tcPr>
          <w:p w14:paraId="0366CFBE" w14:textId="77777777" w:rsidR="007F7BE6" w:rsidRDefault="007737BB">
            <w:r>
              <w:rPr>
                <w:b/>
                <w:color w:val="9B2C5A"/>
                <w:sz w:val="28"/>
              </w:rPr>
              <w:t>Angie Pichardo</w:t>
            </w:r>
            <w:r>
              <w:rPr>
                <w:b/>
                <w:color w:val="9B2C5A"/>
                <w:sz w:val="28"/>
              </w:rPr>
              <w:br/>
            </w:r>
            <w:r>
              <w:t>Christian Motivational Speaker</w:t>
            </w:r>
            <w:r>
              <w:br/>
              <w:t>Faith-Based Life Purpose Coach | Author</w:t>
            </w:r>
            <w:r>
              <w:br/>
              <w:t>Founder, Grace After the Grave</w:t>
            </w:r>
            <w:r>
              <w:br/>
            </w:r>
            <w:r>
              <w:br/>
              <w:t>angiep.speaks@gmail.com</w:t>
            </w:r>
            <w:r>
              <w:br/>
              <w:t>Graceafterthegrave.com</w:t>
            </w:r>
            <w:r>
              <w:br/>
            </w:r>
            <w:r>
              <w:br/>
              <w:t>Reach out for a discovery call.</w:t>
            </w:r>
          </w:p>
        </w:tc>
        <w:tc>
          <w:tcPr>
            <w:tcW w:w="5184" w:type="dxa"/>
            <w:tcBorders>
              <w:top w:val="single" w:sz="8" w:space="0" w:color="D98BA8"/>
              <w:left w:val="single" w:sz="8" w:space="0" w:color="D98BA8"/>
              <w:bottom w:val="single" w:sz="8" w:space="0" w:color="D98BA8"/>
              <w:right w:val="single" w:sz="8" w:space="0" w:color="D98BA8"/>
            </w:tcBorders>
            <w:shd w:val="clear" w:color="auto" w:fill="F8E9EF"/>
          </w:tcPr>
          <w:p w14:paraId="1A3C5084" w14:textId="77777777" w:rsidR="007F7BE6" w:rsidRDefault="007737BB">
            <w:pPr>
              <w:jc w:val="center"/>
            </w:pPr>
            <w:r>
              <w:rPr>
                <w:noProof/>
              </w:rPr>
              <w:drawing>
                <wp:inline distT="0" distB="0" distL="0" distR="0" wp14:anchorId="26D8708C" wp14:editId="58628466">
                  <wp:extent cx="1234440" cy="13669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ie P..png"/>
                          <pic:cNvPicPr/>
                        </pic:nvPicPr>
                        <pic:blipFill>
                          <a:blip r:embed="rId8"/>
                          <a:stretch>
                            <a:fillRect/>
                          </a:stretch>
                        </pic:blipFill>
                        <pic:spPr>
                          <a:xfrm>
                            <a:off x="0" y="0"/>
                            <a:ext cx="1234440" cy="1366907"/>
                          </a:xfrm>
                          <a:prstGeom prst="rect">
                            <a:avLst/>
                          </a:prstGeom>
                        </pic:spPr>
                      </pic:pic>
                    </a:graphicData>
                  </a:graphic>
                </wp:inline>
              </w:drawing>
            </w:r>
          </w:p>
        </w:tc>
      </w:tr>
    </w:tbl>
    <w:p w14:paraId="1B3A4E3E" w14:textId="77777777" w:rsidR="007F7BE6" w:rsidRDefault="007737BB">
      <w:pPr>
        <w:spacing w:after="0"/>
        <w:jc w:val="center"/>
      </w:pPr>
      <w:r>
        <w:rPr>
          <w:b/>
          <w:color w:val="5A2841"/>
          <w:sz w:val="24"/>
        </w:rPr>
        <w:t>Keep going. Keep healing. Keep believing. Keep A.L.I.G.N.ing.</w:t>
      </w:r>
    </w:p>
    <w:sectPr w:rsidR="007F7BE6" w:rsidSect="00034616">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90493" w14:textId="77777777" w:rsidR="007737BB" w:rsidRDefault="007737BB">
      <w:pPr>
        <w:spacing w:after="0" w:line="240" w:lineRule="auto"/>
      </w:pPr>
      <w:r>
        <w:separator/>
      </w:r>
    </w:p>
  </w:endnote>
  <w:endnote w:type="continuationSeparator" w:id="0">
    <w:p w14:paraId="048D237B" w14:textId="77777777" w:rsidR="007737BB" w:rsidRDefault="00773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B587" w14:textId="60C63F4F" w:rsidR="007F7BE6" w:rsidRDefault="007737BB">
    <w:pPr>
      <w:pStyle w:val="Footer"/>
      <w:jc w:val="center"/>
    </w:pPr>
    <w:r>
      <w:rPr>
        <w:color w:val="5A2841"/>
        <w:sz w:val="16"/>
      </w:rPr>
      <w:t xml:space="preserve">A.L.I.G.N. to Purpose | Angie </w:t>
    </w:r>
    <w:r w:rsidR="000D3933">
      <w:rPr>
        <w:color w:val="5A2841"/>
        <w:sz w:val="16"/>
      </w:rPr>
      <w:t xml:space="preserve">                                                                                                                                                                                                                                     ©AngieP.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A77C6" w14:textId="77777777" w:rsidR="007737BB" w:rsidRDefault="007737BB">
      <w:pPr>
        <w:spacing w:after="0" w:line="240" w:lineRule="auto"/>
      </w:pPr>
      <w:r>
        <w:separator/>
      </w:r>
    </w:p>
  </w:footnote>
  <w:footnote w:type="continuationSeparator" w:id="0">
    <w:p w14:paraId="392EAD7C" w14:textId="77777777" w:rsidR="007737BB" w:rsidRDefault="007737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1646762">
    <w:abstractNumId w:val="8"/>
  </w:num>
  <w:num w:numId="2" w16cid:durableId="1186752382">
    <w:abstractNumId w:val="6"/>
  </w:num>
  <w:num w:numId="3" w16cid:durableId="704139537">
    <w:abstractNumId w:val="5"/>
  </w:num>
  <w:num w:numId="4" w16cid:durableId="44112207">
    <w:abstractNumId w:val="4"/>
  </w:num>
  <w:num w:numId="5" w16cid:durableId="1919560104">
    <w:abstractNumId w:val="7"/>
  </w:num>
  <w:num w:numId="6" w16cid:durableId="778067664">
    <w:abstractNumId w:val="3"/>
  </w:num>
  <w:num w:numId="7" w16cid:durableId="1075779961">
    <w:abstractNumId w:val="2"/>
  </w:num>
  <w:num w:numId="8" w16cid:durableId="1773739349">
    <w:abstractNumId w:val="1"/>
  </w:num>
  <w:num w:numId="9" w16cid:durableId="143886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933"/>
    <w:rsid w:val="0015074B"/>
    <w:rsid w:val="00264A93"/>
    <w:rsid w:val="0029639D"/>
    <w:rsid w:val="00326F90"/>
    <w:rsid w:val="00491155"/>
    <w:rsid w:val="007737BB"/>
    <w:rsid w:val="007F7BE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3B2CD9"/>
  <w14:defaultImageDpi w14:val="300"/>
  <w15:docId w15:val="{F691C791-7DE3-459F-815D-2D144022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352D31"/>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9B2C5A"/>
      <w:sz w:val="4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5A284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9B2C5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Anayelis hernandez</cp:lastModifiedBy>
  <cp:revision>2</cp:revision>
  <dcterms:created xsi:type="dcterms:W3CDTF">2026-08-19T03:13:00Z</dcterms:created>
  <dcterms:modified xsi:type="dcterms:W3CDTF">2026-08-19T03:13:00Z</dcterms:modified>
  <cp:category/>
</cp:coreProperties>
</file>